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9128"/>
        <w:gridCol w:w="3458"/>
      </w:tblGrid>
      <w:tr w:rsidR="00BD3FDA">
        <w:trPr>
          <w:jc w:val="center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BD3FDA" w:rsidRDefault="00D53A6C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2000" cy="124663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50887ef-1c7f-45de-8cb1-553c377fb19c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246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8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BD3FDA" w:rsidRDefault="00D53A6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85D12"/>
                <w:sz w:val="38"/>
              </w:rPr>
              <w:t>SPEISEPLAN</w:t>
            </w:r>
          </w:p>
          <w:p w:rsidR="00BD3FDA" w:rsidRDefault="00D53A6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26A0A"/>
                <w:sz w:val="19"/>
              </w:rPr>
              <w:t>Frisch. Gesund. Lecker.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BD3FDA" w:rsidRPr="00C50090" w:rsidRDefault="00D53A6C" w:rsidP="00C50090">
            <w:pPr>
              <w:spacing w:line="240" w:lineRule="auto"/>
              <w:jc w:val="center"/>
              <w:rPr>
                <w:rFonts w:hint="eastAsia"/>
                <w:sz w:val="19"/>
                <w:szCs w:val="19"/>
              </w:rPr>
            </w:pPr>
            <w:proofErr w:type="spellStart"/>
            <w:r w:rsidRPr="00C50090">
              <w:rPr>
                <w:color w:val="EC1654"/>
                <w:sz w:val="19"/>
                <w:szCs w:val="19"/>
              </w:rPr>
              <w:t>W</w:t>
            </w:r>
            <w:r w:rsidRPr="00C50090">
              <w:rPr>
                <w:b/>
                <w:color w:val="EC1654"/>
                <w:sz w:val="19"/>
                <w:szCs w:val="19"/>
              </w:rPr>
              <w:t>oche</w:t>
            </w:r>
            <w:proofErr w:type="spellEnd"/>
            <w:r w:rsidRPr="00C50090">
              <w:rPr>
                <w:b/>
                <w:color w:val="EC1654"/>
                <w:sz w:val="19"/>
                <w:szCs w:val="19"/>
              </w:rPr>
              <w:t xml:space="preserve">: </w:t>
            </w:r>
            <w:r w:rsidRPr="00C50090">
              <w:rPr>
                <w:b/>
                <w:color w:val="EC1654"/>
                <w:sz w:val="19"/>
                <w:szCs w:val="19"/>
                <w:u w:val="single"/>
              </w:rPr>
              <w:t>_______</w:t>
            </w:r>
            <w:r w:rsidR="0033629D" w:rsidRPr="00C50090">
              <w:rPr>
                <w:b/>
                <w:color w:val="EC1654"/>
                <w:sz w:val="19"/>
                <w:szCs w:val="19"/>
                <w:u w:val="single"/>
              </w:rPr>
              <w:t>KW37</w:t>
            </w:r>
            <w:r w:rsidRPr="00C50090">
              <w:rPr>
                <w:b/>
                <w:color w:val="EC1654"/>
                <w:sz w:val="19"/>
                <w:szCs w:val="19"/>
                <w:u w:val="single"/>
              </w:rPr>
              <w:t>_____</w:t>
            </w:r>
          </w:p>
          <w:p w:rsidR="0033629D" w:rsidRPr="00C50090" w:rsidRDefault="0033629D" w:rsidP="00C50090">
            <w:pPr>
              <w:spacing w:line="240" w:lineRule="auto"/>
              <w:jc w:val="center"/>
              <w:rPr>
                <w:rFonts w:hint="eastAsia"/>
                <w:color w:val="285D12"/>
                <w:sz w:val="19"/>
                <w:szCs w:val="19"/>
              </w:rPr>
            </w:pPr>
          </w:p>
          <w:p w:rsidR="00BD3FDA" w:rsidRDefault="00D53A6C" w:rsidP="00C50090">
            <w:pPr>
              <w:spacing w:line="240" w:lineRule="auto"/>
              <w:jc w:val="center"/>
              <w:rPr>
                <w:rFonts w:hint="eastAsia"/>
              </w:rPr>
            </w:pPr>
            <w:proofErr w:type="spellStart"/>
            <w:r w:rsidRPr="00C50090">
              <w:rPr>
                <w:color w:val="285D12"/>
                <w:sz w:val="19"/>
                <w:szCs w:val="19"/>
              </w:rPr>
              <w:t>Gültig</w:t>
            </w:r>
            <w:proofErr w:type="spellEnd"/>
            <w:r w:rsidRPr="00C50090">
              <w:rPr>
                <w:color w:val="285D12"/>
                <w:sz w:val="19"/>
                <w:szCs w:val="19"/>
              </w:rPr>
              <w:t xml:space="preserve"> </w:t>
            </w:r>
            <w:proofErr w:type="spellStart"/>
            <w:r w:rsidRPr="00C50090">
              <w:rPr>
                <w:color w:val="285D12"/>
                <w:sz w:val="19"/>
                <w:szCs w:val="19"/>
              </w:rPr>
              <w:t>vom</w:t>
            </w:r>
            <w:proofErr w:type="spellEnd"/>
            <w:r w:rsidRPr="00C50090">
              <w:rPr>
                <w:color w:val="285D12"/>
                <w:sz w:val="19"/>
                <w:szCs w:val="19"/>
              </w:rPr>
              <w:t xml:space="preserve">: </w:t>
            </w:r>
            <w:r w:rsidRPr="00C50090">
              <w:rPr>
                <w:color w:val="285D12"/>
                <w:sz w:val="19"/>
                <w:szCs w:val="19"/>
                <w:u w:val="single"/>
              </w:rPr>
              <w:t>_</w:t>
            </w:r>
            <w:r w:rsidR="0033629D" w:rsidRPr="00C50090">
              <w:rPr>
                <w:color w:val="285D12"/>
                <w:sz w:val="19"/>
                <w:szCs w:val="19"/>
                <w:u w:val="single"/>
              </w:rPr>
              <w:t>07.09.-11.09.2026</w:t>
            </w:r>
            <w:r w:rsidRPr="00C50090">
              <w:rPr>
                <w:color w:val="285D12"/>
                <w:sz w:val="19"/>
                <w:szCs w:val="19"/>
                <w:u w:val="single"/>
              </w:rPr>
              <w:t>___________</w:t>
            </w:r>
          </w:p>
        </w:tc>
      </w:tr>
    </w:tbl>
    <w:p w:rsidR="00BD3FDA" w:rsidRDefault="00D53A6C">
      <w:pPr>
        <w:spacing w:after="20" w:line="240" w:lineRule="auto"/>
        <w:jc w:val="center"/>
        <w:rPr>
          <w:rFonts w:hint="eastAsia"/>
        </w:rPr>
      </w:pPr>
      <w:r>
        <w:rPr>
          <w:b/>
          <w:color w:val="4E8F12"/>
          <w:sz w:val="15"/>
        </w:rPr>
        <w:t>●  GEMÜSEPIRATEN e.K.  ●</w:t>
      </w:r>
    </w:p>
    <w:p w:rsidR="00BD3FDA" w:rsidRDefault="00D53A6C">
      <w:pPr>
        <w:spacing w:after="20" w:line="240" w:lineRule="auto"/>
        <w:rPr>
          <w:rFonts w:hint="eastAsia"/>
        </w:rPr>
      </w:pPr>
      <w:r>
        <w:rPr>
          <w:b/>
          <w:color w:val="EC1654"/>
          <w:sz w:val="21"/>
        </w:rPr>
        <w:t>MENÜ 1</w:t>
      </w:r>
      <w:r>
        <w:rPr>
          <w:color w:val="285D12"/>
          <w:sz w:val="13"/>
        </w:rPr>
        <w:t xml:space="preserve">   |   Änderungen vorbehalten</w:t>
      </w:r>
    </w:p>
    <w:tbl>
      <w:tblPr>
        <w:tblW w:w="0" w:type="auto"/>
        <w:jc w:val="center"/>
        <w:tblBorders>
          <w:top w:val="single" w:sz="8" w:space="0" w:color="5A5A5A"/>
          <w:left w:val="single" w:sz="8" w:space="0" w:color="5A5A5A"/>
          <w:bottom w:val="single" w:sz="8" w:space="0" w:color="5A5A5A"/>
          <w:right w:val="single" w:sz="8" w:space="0" w:color="5A5A5A"/>
          <w:insideH w:val="single" w:sz="8" w:space="0" w:color="5A5A5A"/>
          <w:insideV w:val="single" w:sz="8" w:space="0" w:color="5A5A5A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2959"/>
        <w:gridCol w:w="2959"/>
        <w:gridCol w:w="2959"/>
        <w:gridCol w:w="2959"/>
        <w:gridCol w:w="2959"/>
      </w:tblGrid>
      <w:tr w:rsidR="00BD3FDA">
        <w:trPr>
          <w:tblHeader/>
          <w:jc w:val="center"/>
        </w:trPr>
        <w:tc>
          <w:tcPr>
            <w:tcW w:w="1219" w:type="dxa"/>
            <w:shd w:val="clear" w:color="auto" w:fill="EFF7E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Default="00BD3FDA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285D12"/>
                <w:sz w:val="24"/>
                <w:szCs w:val="24"/>
              </w:rPr>
              <w:t>Montag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285D12"/>
                <w:sz w:val="24"/>
                <w:szCs w:val="24"/>
              </w:rPr>
              <w:t>Dienstag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285D12"/>
                <w:sz w:val="24"/>
                <w:szCs w:val="24"/>
              </w:rPr>
              <w:t>Mittwoch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285D12"/>
                <w:sz w:val="24"/>
                <w:szCs w:val="24"/>
              </w:rPr>
              <w:t>Donnerstag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285D12"/>
                <w:sz w:val="24"/>
                <w:szCs w:val="24"/>
              </w:rPr>
              <w:t>Freitag</w:t>
            </w:r>
          </w:p>
        </w:tc>
      </w:tr>
      <w:tr w:rsidR="00BD3FDA" w:rsidRPr="0033629D">
        <w:trPr>
          <w:trHeight w:val="2300"/>
          <w:jc w:val="center"/>
        </w:trPr>
        <w:tc>
          <w:tcPr>
            <w:tcW w:w="1219" w:type="dxa"/>
            <w:shd w:val="clear" w:color="auto" w:fill="8CC63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16390C"/>
                <w:sz w:val="24"/>
                <w:szCs w:val="24"/>
              </w:rPr>
              <w:t>Menü 1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07FE6" w:rsidRPr="00607FE6" w:rsidRDefault="00607FE6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5C0A84D1">
                  <wp:extent cx="420370" cy="25019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629D" w:rsidRPr="00607FE6" w:rsidRDefault="0033629D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07FE6">
              <w:rPr>
                <w:sz w:val="24"/>
                <w:szCs w:val="24"/>
                <w:lang w:val="de-DE"/>
              </w:rPr>
              <w:t xml:space="preserve">Farfalle mit 100% vegetarischer Bolognese, Tomate und Parmesan </w:t>
            </w:r>
          </w:p>
          <w:p w:rsidR="00BD3FDA" w:rsidRPr="00607FE6" w:rsidRDefault="0033629D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607FE6">
              <w:rPr>
                <w:szCs w:val="16"/>
                <w:lang w:val="de-DE"/>
              </w:rPr>
              <w:t xml:space="preserve">1a,6,7 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07FE6" w:rsidRDefault="00607FE6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6F461906">
                  <wp:extent cx="420370" cy="25019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629D" w:rsidRPr="00607FE6" w:rsidRDefault="0033629D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07FE6">
              <w:rPr>
                <w:sz w:val="24"/>
                <w:szCs w:val="24"/>
                <w:lang w:val="de-DE"/>
              </w:rPr>
              <w:t xml:space="preserve">Putengeschnetzeltes in Rahm mit Mais und Spätzle </w:t>
            </w:r>
          </w:p>
          <w:p w:rsidR="00BD3FDA" w:rsidRPr="00607FE6" w:rsidRDefault="0033629D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607FE6">
              <w:rPr>
                <w:szCs w:val="16"/>
                <w:lang w:val="de-DE"/>
              </w:rPr>
              <w:t>3,7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07FE6" w:rsidRDefault="00607FE6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571423D8">
                  <wp:extent cx="420370" cy="25019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629D" w:rsidRPr="00607FE6" w:rsidRDefault="0033629D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07FE6">
              <w:rPr>
                <w:sz w:val="24"/>
                <w:szCs w:val="24"/>
                <w:lang w:val="de-DE"/>
              </w:rPr>
              <w:t xml:space="preserve">Kartoffel- Möhrengratin, Rosmarin und Käse überbacken </w:t>
            </w:r>
          </w:p>
          <w:p w:rsidR="00BD3FDA" w:rsidRPr="00607FE6" w:rsidRDefault="0033629D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607FE6">
              <w:rPr>
                <w:szCs w:val="16"/>
                <w:lang w:val="de-DE"/>
              </w:rPr>
              <w:t>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07FE6" w:rsidRDefault="00607FE6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39DDCE28">
                  <wp:extent cx="420370" cy="25019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629D" w:rsidRPr="00607FE6" w:rsidRDefault="0033629D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07FE6">
              <w:rPr>
                <w:sz w:val="24"/>
                <w:szCs w:val="24"/>
                <w:lang w:val="de-DE"/>
              </w:rPr>
              <w:t xml:space="preserve">Lachswürfel in Dillsauce, Rahmspinat und Naturreis </w:t>
            </w:r>
          </w:p>
          <w:p w:rsidR="00BD3FDA" w:rsidRPr="00607FE6" w:rsidRDefault="0033629D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607FE6">
              <w:rPr>
                <w:szCs w:val="16"/>
                <w:lang w:val="de-DE"/>
              </w:rPr>
              <w:t>3,4,7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07FE6" w:rsidRDefault="00607FE6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348F4161">
                  <wp:extent cx="420370" cy="25019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629D" w:rsidRPr="00607FE6" w:rsidRDefault="0033629D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07FE6">
              <w:rPr>
                <w:sz w:val="24"/>
                <w:szCs w:val="24"/>
                <w:lang w:val="de-DE"/>
              </w:rPr>
              <w:t xml:space="preserve">Frische Kartoffelsuppe mit Wurzelgemüse, Majoran und Brötchen </w:t>
            </w:r>
          </w:p>
          <w:p w:rsidR="00BD3FDA" w:rsidRPr="00607FE6" w:rsidRDefault="0033629D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607FE6">
              <w:rPr>
                <w:sz w:val="24"/>
                <w:szCs w:val="24"/>
                <w:lang w:val="de-DE"/>
              </w:rPr>
              <w:t xml:space="preserve"> </w:t>
            </w:r>
            <w:r w:rsidRPr="00607FE6">
              <w:rPr>
                <w:szCs w:val="16"/>
                <w:lang w:val="de-DE"/>
              </w:rPr>
              <w:t>1a,7</w:t>
            </w:r>
          </w:p>
        </w:tc>
      </w:tr>
    </w:tbl>
    <w:p w:rsidR="00BD3FDA" w:rsidRPr="0033629D" w:rsidRDefault="00BD3FDA">
      <w:pPr>
        <w:spacing w:line="48" w:lineRule="auto"/>
        <w:jc w:val="center"/>
        <w:rPr>
          <w:rFonts w:hint="eastAsia"/>
          <w:lang w:val="de-DE"/>
        </w:rPr>
      </w:pPr>
    </w:p>
    <w:p w:rsidR="00BD3FDA" w:rsidRDefault="00D53A6C">
      <w:pPr>
        <w:spacing w:after="20" w:line="240" w:lineRule="auto"/>
        <w:rPr>
          <w:rFonts w:hint="eastAsia"/>
        </w:rPr>
      </w:pPr>
      <w:r>
        <w:rPr>
          <w:b/>
          <w:color w:val="F26A0A"/>
          <w:sz w:val="21"/>
        </w:rPr>
        <w:t>MENÜ 2</w:t>
      </w:r>
      <w:r>
        <w:rPr>
          <w:color w:val="285D12"/>
          <w:sz w:val="13"/>
        </w:rPr>
        <w:t xml:space="preserve">   |   </w:t>
      </w:r>
      <w:proofErr w:type="spellStart"/>
      <w:r>
        <w:rPr>
          <w:color w:val="285D12"/>
          <w:sz w:val="13"/>
        </w:rPr>
        <w:t>Änderungen</w:t>
      </w:r>
      <w:proofErr w:type="spellEnd"/>
      <w:r>
        <w:rPr>
          <w:color w:val="285D12"/>
          <w:sz w:val="13"/>
        </w:rPr>
        <w:t xml:space="preserve"> </w:t>
      </w:r>
      <w:proofErr w:type="spellStart"/>
      <w:r>
        <w:rPr>
          <w:color w:val="285D12"/>
          <w:sz w:val="13"/>
        </w:rPr>
        <w:t>vorbehalten</w:t>
      </w:r>
      <w:proofErr w:type="spellEnd"/>
    </w:p>
    <w:tbl>
      <w:tblPr>
        <w:tblW w:w="0" w:type="auto"/>
        <w:jc w:val="center"/>
        <w:tblBorders>
          <w:top w:val="single" w:sz="8" w:space="0" w:color="5A5A5A"/>
          <w:left w:val="single" w:sz="8" w:space="0" w:color="5A5A5A"/>
          <w:bottom w:val="single" w:sz="8" w:space="0" w:color="5A5A5A"/>
          <w:right w:val="single" w:sz="8" w:space="0" w:color="5A5A5A"/>
          <w:insideH w:val="single" w:sz="8" w:space="0" w:color="5A5A5A"/>
          <w:insideV w:val="single" w:sz="8" w:space="0" w:color="5A5A5A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2959"/>
        <w:gridCol w:w="2959"/>
        <w:gridCol w:w="2959"/>
        <w:gridCol w:w="2959"/>
        <w:gridCol w:w="2959"/>
      </w:tblGrid>
      <w:tr w:rsidR="00BD3FDA">
        <w:trPr>
          <w:tblHeader/>
          <w:jc w:val="center"/>
        </w:trPr>
        <w:tc>
          <w:tcPr>
            <w:tcW w:w="1219" w:type="dxa"/>
            <w:shd w:val="clear" w:color="auto" w:fill="EFF7E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Default="00BD3FDA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285D12"/>
                <w:sz w:val="24"/>
                <w:szCs w:val="24"/>
              </w:rPr>
              <w:t>Montag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285D12"/>
                <w:sz w:val="24"/>
                <w:szCs w:val="24"/>
              </w:rPr>
              <w:t>Dienstag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285D12"/>
                <w:sz w:val="24"/>
                <w:szCs w:val="24"/>
              </w:rPr>
              <w:t>Mittwoch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285D12"/>
                <w:sz w:val="24"/>
                <w:szCs w:val="24"/>
              </w:rPr>
              <w:t>Donnerstag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285D12"/>
                <w:sz w:val="24"/>
                <w:szCs w:val="24"/>
              </w:rPr>
              <w:t>Freitag</w:t>
            </w:r>
          </w:p>
        </w:tc>
      </w:tr>
      <w:tr w:rsidR="00BD3FDA" w:rsidRPr="0033629D">
        <w:trPr>
          <w:trHeight w:val="2300"/>
          <w:jc w:val="center"/>
        </w:trPr>
        <w:tc>
          <w:tcPr>
            <w:tcW w:w="1219" w:type="dxa"/>
            <w:shd w:val="clear" w:color="auto" w:fill="8CC63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:rsidR="00BD3FDA" w:rsidRPr="00C50090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C50090">
              <w:rPr>
                <w:b/>
                <w:color w:val="16390C"/>
                <w:sz w:val="24"/>
                <w:szCs w:val="24"/>
              </w:rPr>
              <w:t>Menü 2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3629D" w:rsidRPr="00524180" w:rsidRDefault="0033629D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524180">
              <w:rPr>
                <w:sz w:val="24"/>
                <w:szCs w:val="24"/>
                <w:lang w:val="de-DE"/>
              </w:rPr>
              <w:t xml:space="preserve">Farfalle mit Tomatensauce, Gemüse und Parmesan </w:t>
            </w:r>
          </w:p>
          <w:p w:rsidR="00BD3FDA" w:rsidRPr="00524180" w:rsidRDefault="0033629D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524180">
              <w:rPr>
                <w:szCs w:val="16"/>
                <w:lang w:val="de-DE"/>
              </w:rPr>
              <w:t>1a,7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3629D" w:rsidRPr="00524180" w:rsidRDefault="0033629D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524180">
              <w:rPr>
                <w:sz w:val="24"/>
                <w:szCs w:val="24"/>
                <w:lang w:val="de-DE"/>
              </w:rPr>
              <w:t xml:space="preserve">Bulgur mit Kräutern und Ratatouille- Gemüse </w:t>
            </w:r>
          </w:p>
          <w:p w:rsidR="00BD3FDA" w:rsidRPr="00524180" w:rsidRDefault="0033629D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524180">
              <w:rPr>
                <w:szCs w:val="16"/>
                <w:lang w:val="de-DE"/>
              </w:rPr>
              <w:t>1a,7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3629D" w:rsidRPr="00524180" w:rsidRDefault="0033629D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524180">
              <w:rPr>
                <w:sz w:val="24"/>
                <w:szCs w:val="24"/>
                <w:lang w:val="de-DE"/>
              </w:rPr>
              <w:t xml:space="preserve">Vegetarische Frikadelle, Erbsen und Wedges </w:t>
            </w:r>
          </w:p>
          <w:p w:rsidR="00BD3FDA" w:rsidRPr="00524180" w:rsidRDefault="0033629D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524180">
              <w:rPr>
                <w:szCs w:val="16"/>
                <w:lang w:val="de-DE"/>
              </w:rPr>
              <w:t>1a,3,7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3629D" w:rsidRPr="00524180" w:rsidRDefault="0033629D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524180">
              <w:rPr>
                <w:sz w:val="24"/>
                <w:szCs w:val="24"/>
                <w:lang w:val="de-DE"/>
              </w:rPr>
              <w:t xml:space="preserve">Asiatische Reispfanne mit Kokos, Curry, Ei und Soja </w:t>
            </w:r>
          </w:p>
          <w:p w:rsidR="00BD3FDA" w:rsidRPr="00524180" w:rsidRDefault="0033629D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524180">
              <w:rPr>
                <w:szCs w:val="16"/>
                <w:lang w:val="de-DE"/>
              </w:rPr>
              <w:t>3,6,7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3629D" w:rsidRPr="00524180" w:rsidRDefault="0033629D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524180">
              <w:rPr>
                <w:sz w:val="24"/>
                <w:szCs w:val="24"/>
                <w:lang w:val="de-DE"/>
              </w:rPr>
              <w:t xml:space="preserve">Tortellini- Suppe mit Gemüse, dazu Brötchen </w:t>
            </w:r>
          </w:p>
          <w:p w:rsidR="00BD3FDA" w:rsidRPr="00524180" w:rsidRDefault="0033629D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524180">
              <w:rPr>
                <w:szCs w:val="16"/>
                <w:lang w:val="de-DE"/>
              </w:rPr>
              <w:t>1a,3</w:t>
            </w:r>
          </w:p>
        </w:tc>
      </w:tr>
    </w:tbl>
    <w:p w:rsidR="00D53A6C" w:rsidRPr="0033629D" w:rsidRDefault="00D53A6C">
      <w:pPr>
        <w:rPr>
          <w:rFonts w:hint="eastAsia"/>
          <w:lang w:val="de-DE"/>
        </w:rPr>
      </w:pPr>
      <w:bookmarkStart w:id="0" w:name="_GoBack"/>
      <w:bookmarkEnd w:id="0"/>
    </w:p>
    <w:sectPr w:rsidR="00D53A6C" w:rsidRPr="0033629D" w:rsidSect="00034616">
      <w:footerReference w:type="default" r:id="rId10"/>
      <w:pgSz w:w="16838" w:h="11906" w:orient="landscape"/>
      <w:pgMar w:top="255" w:right="369" w:bottom="255" w:left="369" w:header="11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804" w:rsidRDefault="00A11804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A11804" w:rsidRDefault="00A11804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FDA" w:rsidRDefault="00D53A6C">
    <w:pPr>
      <w:pStyle w:val="Fuzeile"/>
      <w:jc w:val="center"/>
      <w:rPr>
        <w:rFonts w:hint="eastAsia"/>
      </w:rPr>
    </w:pPr>
    <w:r w:rsidRPr="0033629D">
      <w:rPr>
        <w:b/>
        <w:color w:val="285D12"/>
        <w:sz w:val="14"/>
        <w:lang w:val="de-DE"/>
      </w:rPr>
      <w:t xml:space="preserve">Gemüsepiraten e.K.  •  Frisch. Gesund. </w:t>
    </w:r>
    <w:r>
      <w:rPr>
        <w:b/>
        <w:color w:val="285D12"/>
        <w:sz w:val="14"/>
      </w:rPr>
      <w:t>Lecker.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804" w:rsidRDefault="00A11804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:rsidR="00A11804" w:rsidRDefault="00A11804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B98"/>
    <w:rsid w:val="0015074B"/>
    <w:rsid w:val="0029639D"/>
    <w:rsid w:val="00326F90"/>
    <w:rsid w:val="0033629D"/>
    <w:rsid w:val="00524180"/>
    <w:rsid w:val="00607FE6"/>
    <w:rsid w:val="00770761"/>
    <w:rsid w:val="00A11804"/>
    <w:rsid w:val="00AA1D8D"/>
    <w:rsid w:val="00B47730"/>
    <w:rsid w:val="00BD3FDA"/>
    <w:rsid w:val="00C50090"/>
    <w:rsid w:val="00CB0664"/>
    <w:rsid w:val="00D53A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02BDAA"/>
  <w14:defaultImageDpi w14:val="300"/>
  <w15:docId w15:val="{FFD5024B-F864-4BAF-850C-1425A5C1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Aptos" w:hAnsi="Aptos"/>
      <w:sz w:val="16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9A9244-9889-48E5-9C30-410A024BC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Speiseplan-Vorlage Gemüsepiraten e.K.</vt:lpstr>
      <vt:lpstr/>
    </vt:vector>
  </TitlesOfParts>
  <Manager/>
  <Company/>
  <LinksUpToDate>false</LinksUpToDate>
  <CharactersWithSpaces>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Speiseplan-Vorlage Gemüsepiraten e.K.</dc:title>
  <dc:subject>Bearbeitbarer Wochenplan mit Menü 1 und Menü 2</dc:subject>
  <dc:creator>Gemüsepiraten e.K.</dc:creator>
  <cp:keywords/>
  <dc:description>generated by python-docx</dc:description>
  <cp:lastModifiedBy>User</cp:lastModifiedBy>
  <cp:revision>5</cp:revision>
  <dcterms:created xsi:type="dcterms:W3CDTF">2026-09-03T09:34:00Z</dcterms:created>
  <dcterms:modified xsi:type="dcterms:W3CDTF">2026-09-03T10:06:00Z</dcterms:modified>
  <cp:category/>
</cp:coreProperties>
</file>