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9128"/>
        <w:gridCol w:w="3458"/>
      </w:tblGrid>
      <w:tr w:rsidR="00BD3FDA">
        <w:trPr>
          <w:jc w:val="center"/>
        </w:trP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872000" cy="1246638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50887ef-1c7f-45de-8cb1-553c377fb19c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000" cy="124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2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285D12"/>
                <w:sz w:val="38"/>
              </w:rPr>
              <w:t>SPEISEPLAN</w:t>
            </w:r>
          </w:p>
          <w:p w:rsidR="00BD3FDA" w:rsidRDefault="00D53A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26A0A"/>
                <w:sz w:val="19"/>
              </w:rPr>
              <w:t>Frisch. Gesund. Lecker.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  <w:tcMar>
              <w:top w:w="10" w:type="dxa"/>
              <w:left w:w="30" w:type="dxa"/>
              <w:bottom w:w="10" w:type="dxa"/>
              <w:right w:w="30" w:type="dxa"/>
            </w:tcMar>
            <w:vAlign w:val="center"/>
          </w:tcPr>
          <w:p w:rsidR="00BD3FDA" w:rsidRPr="0028205F" w:rsidRDefault="00D53A6C" w:rsidP="0028205F">
            <w:pPr>
              <w:spacing w:line="240" w:lineRule="auto"/>
              <w:jc w:val="center"/>
              <w:rPr>
                <w:rFonts w:hint="eastAsia"/>
                <w:sz w:val="19"/>
                <w:szCs w:val="19"/>
              </w:rPr>
            </w:pPr>
            <w:proofErr w:type="spellStart"/>
            <w:r w:rsidRPr="0028205F">
              <w:rPr>
                <w:color w:val="EC1654"/>
                <w:sz w:val="19"/>
                <w:szCs w:val="19"/>
              </w:rPr>
              <w:t>W</w:t>
            </w:r>
            <w:r w:rsidRPr="0028205F">
              <w:rPr>
                <w:b/>
                <w:color w:val="EC1654"/>
                <w:sz w:val="19"/>
                <w:szCs w:val="19"/>
              </w:rPr>
              <w:t>oche</w:t>
            </w:r>
            <w:proofErr w:type="spellEnd"/>
            <w:r w:rsidRPr="0028205F">
              <w:rPr>
                <w:b/>
                <w:color w:val="EC1654"/>
                <w:sz w:val="19"/>
                <w:szCs w:val="19"/>
              </w:rPr>
              <w:t xml:space="preserve">: </w:t>
            </w:r>
            <w:r w:rsidRPr="0028205F">
              <w:rPr>
                <w:b/>
                <w:color w:val="EC1654"/>
                <w:sz w:val="19"/>
                <w:szCs w:val="19"/>
                <w:u w:val="single"/>
              </w:rPr>
              <w:t>_______</w:t>
            </w:r>
            <w:r w:rsidR="0033629D" w:rsidRPr="0028205F">
              <w:rPr>
                <w:b/>
                <w:color w:val="EC1654"/>
                <w:sz w:val="19"/>
                <w:szCs w:val="19"/>
                <w:u w:val="single"/>
              </w:rPr>
              <w:t>KW3</w:t>
            </w:r>
            <w:r w:rsidR="00145CCB" w:rsidRPr="0028205F">
              <w:rPr>
                <w:b/>
                <w:color w:val="EC1654"/>
                <w:sz w:val="19"/>
                <w:szCs w:val="19"/>
                <w:u w:val="single"/>
              </w:rPr>
              <w:t>8</w:t>
            </w:r>
            <w:r w:rsidRPr="0028205F">
              <w:rPr>
                <w:b/>
                <w:color w:val="EC1654"/>
                <w:sz w:val="19"/>
                <w:szCs w:val="19"/>
                <w:u w:val="single"/>
              </w:rPr>
              <w:t>_____</w:t>
            </w:r>
          </w:p>
          <w:p w:rsidR="0033629D" w:rsidRPr="0028205F" w:rsidRDefault="0033629D" w:rsidP="0028205F">
            <w:pPr>
              <w:spacing w:line="240" w:lineRule="auto"/>
              <w:jc w:val="center"/>
              <w:rPr>
                <w:rFonts w:hint="eastAsia"/>
                <w:color w:val="285D12"/>
                <w:sz w:val="19"/>
                <w:szCs w:val="19"/>
              </w:rPr>
            </w:pPr>
          </w:p>
          <w:p w:rsidR="00BD3FDA" w:rsidRDefault="00D53A6C" w:rsidP="0028205F">
            <w:pPr>
              <w:spacing w:line="240" w:lineRule="auto"/>
              <w:jc w:val="center"/>
              <w:rPr>
                <w:rFonts w:hint="eastAsia"/>
              </w:rPr>
            </w:pPr>
            <w:proofErr w:type="spellStart"/>
            <w:r w:rsidRPr="0028205F">
              <w:rPr>
                <w:color w:val="285D12"/>
                <w:sz w:val="19"/>
                <w:szCs w:val="19"/>
              </w:rPr>
              <w:t>Gültig</w:t>
            </w:r>
            <w:proofErr w:type="spellEnd"/>
            <w:r w:rsidRPr="0028205F">
              <w:rPr>
                <w:color w:val="285D12"/>
                <w:sz w:val="19"/>
                <w:szCs w:val="19"/>
              </w:rPr>
              <w:t xml:space="preserve"> </w:t>
            </w:r>
            <w:proofErr w:type="spellStart"/>
            <w:r w:rsidRPr="0028205F">
              <w:rPr>
                <w:color w:val="285D12"/>
                <w:sz w:val="19"/>
                <w:szCs w:val="19"/>
              </w:rPr>
              <w:t>vom</w:t>
            </w:r>
            <w:proofErr w:type="spellEnd"/>
            <w:r w:rsidRPr="0028205F">
              <w:rPr>
                <w:color w:val="285D12"/>
                <w:sz w:val="19"/>
                <w:szCs w:val="19"/>
              </w:rPr>
              <w:t xml:space="preserve">: </w:t>
            </w:r>
            <w:r w:rsidRPr="0028205F">
              <w:rPr>
                <w:color w:val="285D12"/>
                <w:sz w:val="19"/>
                <w:szCs w:val="19"/>
                <w:u w:val="single"/>
              </w:rPr>
              <w:t>_</w:t>
            </w:r>
            <w:r w:rsidR="00145CCB" w:rsidRPr="0028205F">
              <w:rPr>
                <w:color w:val="285D12"/>
                <w:sz w:val="19"/>
                <w:szCs w:val="19"/>
                <w:u w:val="single"/>
              </w:rPr>
              <w:t>14</w:t>
            </w:r>
            <w:r w:rsidR="0033629D" w:rsidRPr="0028205F">
              <w:rPr>
                <w:color w:val="285D12"/>
                <w:sz w:val="19"/>
                <w:szCs w:val="19"/>
                <w:u w:val="single"/>
              </w:rPr>
              <w:t>.09.-1</w:t>
            </w:r>
            <w:r w:rsidR="00145CCB" w:rsidRPr="0028205F">
              <w:rPr>
                <w:color w:val="285D12"/>
                <w:sz w:val="19"/>
                <w:szCs w:val="19"/>
                <w:u w:val="single"/>
              </w:rPr>
              <w:t>8</w:t>
            </w:r>
            <w:r w:rsidR="0033629D" w:rsidRPr="0028205F">
              <w:rPr>
                <w:color w:val="285D12"/>
                <w:sz w:val="19"/>
                <w:szCs w:val="19"/>
                <w:u w:val="single"/>
              </w:rPr>
              <w:t>.09.2026</w:t>
            </w:r>
            <w:r w:rsidRPr="0028205F">
              <w:rPr>
                <w:color w:val="285D12"/>
                <w:sz w:val="19"/>
                <w:szCs w:val="19"/>
                <w:u w:val="single"/>
              </w:rPr>
              <w:t>___________</w:t>
            </w:r>
          </w:p>
        </w:tc>
      </w:tr>
    </w:tbl>
    <w:p w:rsidR="00BD3FDA" w:rsidRDefault="00D53A6C">
      <w:pPr>
        <w:spacing w:after="20" w:line="240" w:lineRule="auto"/>
        <w:jc w:val="center"/>
        <w:rPr>
          <w:rFonts w:hint="eastAsia"/>
        </w:rPr>
      </w:pPr>
      <w:r>
        <w:rPr>
          <w:b/>
          <w:color w:val="4E8F12"/>
          <w:sz w:val="15"/>
        </w:rPr>
        <w:t>●  GEMÜSEPIRATEN e.K.  ●</w:t>
      </w:r>
    </w:p>
    <w:p w:rsidR="00BD3FDA" w:rsidRDefault="00D53A6C">
      <w:pPr>
        <w:spacing w:after="20" w:line="240" w:lineRule="auto"/>
        <w:rPr>
          <w:rFonts w:hint="eastAsia"/>
        </w:rPr>
      </w:pPr>
      <w:r>
        <w:rPr>
          <w:b/>
          <w:color w:val="EC1654"/>
          <w:sz w:val="21"/>
        </w:rPr>
        <w:t>MENÜ 1</w:t>
      </w:r>
      <w:r>
        <w:rPr>
          <w:color w:val="285D12"/>
          <w:sz w:val="13"/>
        </w:rPr>
        <w:t xml:space="preserve">   </w:t>
      </w:r>
      <w:r w:rsidRPr="00360F48">
        <w:rPr>
          <w:color w:val="285D12"/>
          <w:sz w:val="18"/>
          <w:szCs w:val="18"/>
        </w:rPr>
        <w:t>|   Änderungen vorbehalten</w:t>
      </w:r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73123E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16390C"/>
                <w:sz w:val="24"/>
                <w:szCs w:val="24"/>
              </w:rPr>
              <w:t>Menü 1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noProof/>
                <w:sz w:val="24"/>
                <w:szCs w:val="24"/>
              </w:rPr>
              <w:drawing>
                <wp:inline distT="0" distB="0" distL="0" distR="0">
                  <wp:extent cx="423032" cy="247650"/>
                  <wp:effectExtent l="0" t="0" r="0" b="0"/>
                  <wp:docPr id="2" name="Grafik 2" descr="DGE-Zertifizierung für Kitaverpfleg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GE-Zertifizierung für Kitaverpfleg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967" cy="254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145CCB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Vollkorn Farfalle mit Soja- Bolognese, Lauch, Karotte, Sellerie und Parmesan </w:t>
            </w:r>
          </w:p>
          <w:p w:rsidR="00BD3FDA" w:rsidRPr="006B7D3F" w:rsidRDefault="00145CCB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B7D3F">
              <w:rPr>
                <w:rFonts w:hint="eastAsia"/>
                <w:szCs w:val="16"/>
                <w:lang w:val="de-DE"/>
              </w:rPr>
              <w:t>1a,6,7</w:t>
            </w:r>
            <w:r w:rsidR="0033629D" w:rsidRPr="006B7D3F">
              <w:rPr>
                <w:szCs w:val="16"/>
                <w:lang w:val="de-DE"/>
              </w:rPr>
              <w:t xml:space="preserve"> 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468C081D">
                  <wp:extent cx="420370" cy="25019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145CCB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>Putengeschnetzeltes mit Möhren und Reis</w:t>
            </w:r>
            <w:r w:rsidRPr="00145CCB">
              <w:rPr>
                <w:rFonts w:hint="eastAsia"/>
                <w:lang w:val="de-DE"/>
              </w:rPr>
              <w:t xml:space="preserve">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259E861A">
                  <wp:extent cx="420370" cy="250190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Kartoffelgratin mit Rosmarin und Käse überbacken </w:t>
            </w:r>
          </w:p>
          <w:p w:rsidR="00145CCB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7</w:t>
            </w:r>
          </w:p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- -Eisbergsalat mit Joghurtsauce-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200076DF">
                  <wp:extent cx="420370" cy="250190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Frische Fischfrikadelle mit Rahmspinat und Naturreis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1a,3,4,7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6B7D3F" w:rsidP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>
              <w:rPr>
                <w:rFonts w:hint="eastAsia"/>
                <w:noProof/>
                <w:sz w:val="24"/>
                <w:szCs w:val="24"/>
                <w:lang w:val="de-DE"/>
              </w:rPr>
              <w:drawing>
                <wp:inline distT="0" distB="0" distL="0" distR="0" wp14:anchorId="3A761EE2">
                  <wp:extent cx="420370" cy="250190"/>
                  <wp:effectExtent l="0" t="0" r="0" b="0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6B7D3F" w:rsidRDefault="006B7D3F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</w:p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Karotten- Ingwer Kokossuppe und Brötchen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1a</w:t>
            </w:r>
          </w:p>
        </w:tc>
      </w:tr>
    </w:tbl>
    <w:p w:rsidR="00BD3FDA" w:rsidRPr="0033629D" w:rsidRDefault="00BD3FDA">
      <w:pPr>
        <w:spacing w:line="48" w:lineRule="auto"/>
        <w:jc w:val="center"/>
        <w:rPr>
          <w:rFonts w:hint="eastAsia"/>
          <w:lang w:val="de-DE"/>
        </w:rPr>
      </w:pPr>
    </w:p>
    <w:p w:rsidR="00BD3FDA" w:rsidRDefault="00D53A6C">
      <w:pPr>
        <w:spacing w:after="20" w:line="240" w:lineRule="auto"/>
        <w:rPr>
          <w:rFonts w:hint="eastAsia"/>
        </w:rPr>
      </w:pPr>
      <w:r>
        <w:rPr>
          <w:b/>
          <w:color w:val="F26A0A"/>
          <w:sz w:val="21"/>
        </w:rPr>
        <w:t>MENÜ 2</w:t>
      </w:r>
      <w:r>
        <w:rPr>
          <w:color w:val="285D12"/>
          <w:sz w:val="13"/>
        </w:rPr>
        <w:t xml:space="preserve">   </w:t>
      </w:r>
      <w:r w:rsidRPr="00360F48">
        <w:rPr>
          <w:color w:val="285D12"/>
          <w:sz w:val="18"/>
          <w:szCs w:val="18"/>
        </w:rPr>
        <w:t xml:space="preserve">|   </w:t>
      </w:r>
      <w:proofErr w:type="spellStart"/>
      <w:r w:rsidRPr="00360F48">
        <w:rPr>
          <w:color w:val="285D12"/>
          <w:sz w:val="18"/>
          <w:szCs w:val="18"/>
        </w:rPr>
        <w:t>Änderungen</w:t>
      </w:r>
      <w:proofErr w:type="spellEnd"/>
      <w:r w:rsidRPr="00360F48">
        <w:rPr>
          <w:color w:val="285D12"/>
          <w:sz w:val="18"/>
          <w:szCs w:val="18"/>
        </w:rPr>
        <w:t xml:space="preserve"> </w:t>
      </w:r>
      <w:proofErr w:type="spellStart"/>
      <w:r w:rsidRPr="00360F48">
        <w:rPr>
          <w:color w:val="285D12"/>
          <w:sz w:val="18"/>
          <w:szCs w:val="18"/>
        </w:rPr>
        <w:t>vorbehalten</w:t>
      </w:r>
      <w:proofErr w:type="spellEnd"/>
    </w:p>
    <w:tbl>
      <w:tblPr>
        <w:tblW w:w="0" w:type="auto"/>
        <w:jc w:val="center"/>
        <w:tblBorders>
          <w:top w:val="single" w:sz="8" w:space="0" w:color="5A5A5A"/>
          <w:left w:val="single" w:sz="8" w:space="0" w:color="5A5A5A"/>
          <w:bottom w:val="single" w:sz="8" w:space="0" w:color="5A5A5A"/>
          <w:right w:val="single" w:sz="8" w:space="0" w:color="5A5A5A"/>
          <w:insideH w:val="single" w:sz="8" w:space="0" w:color="5A5A5A"/>
          <w:insideV w:val="single" w:sz="8" w:space="0" w:color="5A5A5A"/>
        </w:tblBorders>
        <w:tblLayout w:type="fixed"/>
        <w:tblLook w:val="04A0" w:firstRow="1" w:lastRow="0" w:firstColumn="1" w:lastColumn="0" w:noHBand="0" w:noVBand="1"/>
      </w:tblPr>
      <w:tblGrid>
        <w:gridCol w:w="1219"/>
        <w:gridCol w:w="2959"/>
        <w:gridCol w:w="2959"/>
        <w:gridCol w:w="2959"/>
        <w:gridCol w:w="2959"/>
        <w:gridCol w:w="2959"/>
      </w:tblGrid>
      <w:tr w:rsidR="00BD3FDA">
        <w:trPr>
          <w:tblHeader/>
          <w:jc w:val="center"/>
        </w:trPr>
        <w:tc>
          <w:tcPr>
            <w:tcW w:w="1219" w:type="dxa"/>
            <w:shd w:val="clear" w:color="auto" w:fill="EFF7E7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Default="00BD3FDA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Montag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Dienstag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Mittwoch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Donnerstag</w:t>
            </w:r>
          </w:p>
        </w:tc>
        <w:tc>
          <w:tcPr>
            <w:tcW w:w="2959" w:type="dxa"/>
            <w:shd w:val="clear" w:color="auto" w:fill="E7ECEF"/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285D12"/>
                <w:sz w:val="24"/>
                <w:szCs w:val="24"/>
              </w:rPr>
              <w:t>Freitag</w:t>
            </w:r>
          </w:p>
        </w:tc>
      </w:tr>
      <w:tr w:rsidR="00BD3FDA" w:rsidRPr="00145CCB">
        <w:trPr>
          <w:trHeight w:val="2300"/>
          <w:jc w:val="center"/>
        </w:trPr>
        <w:tc>
          <w:tcPr>
            <w:tcW w:w="1219" w:type="dxa"/>
            <w:shd w:val="clear" w:color="auto" w:fill="8CC63F"/>
            <w:tcMar>
              <w:top w:w="80" w:type="dxa"/>
              <w:left w:w="50" w:type="dxa"/>
              <w:bottom w:w="80" w:type="dxa"/>
              <w:right w:w="50" w:type="dxa"/>
            </w:tcMar>
            <w:vAlign w:val="center"/>
          </w:tcPr>
          <w:p w:rsidR="00BD3FDA" w:rsidRPr="00360F48" w:rsidRDefault="00D53A6C">
            <w:pPr>
              <w:spacing w:line="240" w:lineRule="auto"/>
              <w:jc w:val="center"/>
              <w:rPr>
                <w:rFonts w:hint="eastAsia"/>
                <w:sz w:val="24"/>
                <w:szCs w:val="24"/>
              </w:rPr>
            </w:pPr>
            <w:r w:rsidRPr="00360F48">
              <w:rPr>
                <w:b/>
                <w:color w:val="16390C"/>
                <w:sz w:val="24"/>
                <w:szCs w:val="24"/>
              </w:rPr>
              <w:t>Menü 2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Farfalle mit Tomatensauce und Parmesan </w:t>
            </w:r>
          </w:p>
          <w:p w:rsidR="00BD3FDA" w:rsidRPr="006B7D3F" w:rsidRDefault="00145CCB">
            <w:pPr>
              <w:spacing w:line="221" w:lineRule="auto"/>
              <w:jc w:val="center"/>
              <w:rPr>
                <w:rFonts w:hint="eastAsia"/>
                <w:szCs w:val="16"/>
                <w:lang w:val="de-DE"/>
              </w:rPr>
            </w:pPr>
            <w:r w:rsidRPr="006B7D3F">
              <w:rPr>
                <w:rFonts w:hint="eastAsia"/>
                <w:szCs w:val="16"/>
                <w:lang w:val="de-DE"/>
              </w:rPr>
              <w:t>1a,7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Couscous mit Kräutern und Ratatouille- Gemüse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1a,7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Gnocchi mit Tomatensauce und frischen Kräutern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1a,3,7</w:t>
            </w: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6B7D3F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>Rahmspinat mit Rührei und Kartoffeln</w:t>
            </w:r>
            <w:r w:rsidRPr="00145CCB">
              <w:rPr>
                <w:rFonts w:hint="eastAsia"/>
                <w:lang w:val="de-DE"/>
              </w:rPr>
              <w:t xml:space="preserve"> </w:t>
            </w:r>
          </w:p>
          <w:p w:rsidR="00BD3FDA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3,7</w:t>
            </w:r>
          </w:p>
          <w:p w:rsidR="00145CCB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</w:p>
        </w:tc>
        <w:tc>
          <w:tcPr>
            <w:tcW w:w="295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145CCB" w:rsidRPr="006B7D3F" w:rsidRDefault="00145CCB">
            <w:pPr>
              <w:spacing w:line="221" w:lineRule="auto"/>
              <w:jc w:val="center"/>
              <w:rPr>
                <w:rFonts w:hint="eastAsia"/>
                <w:sz w:val="24"/>
                <w:szCs w:val="24"/>
                <w:lang w:val="de-DE"/>
              </w:rPr>
            </w:pPr>
            <w:r w:rsidRPr="006B7D3F">
              <w:rPr>
                <w:rFonts w:hint="eastAsia"/>
                <w:sz w:val="24"/>
                <w:szCs w:val="24"/>
                <w:lang w:val="de-DE"/>
              </w:rPr>
              <w:t xml:space="preserve">Hühnersuppe mit Gemüse und kleinen Nudeln, dazu Brötchen </w:t>
            </w:r>
          </w:p>
          <w:p w:rsidR="00BD3FDA" w:rsidRPr="0033629D" w:rsidRDefault="00145CCB">
            <w:pPr>
              <w:spacing w:line="221" w:lineRule="auto"/>
              <w:jc w:val="center"/>
              <w:rPr>
                <w:rFonts w:hint="eastAsia"/>
                <w:lang w:val="de-DE"/>
              </w:rPr>
            </w:pPr>
            <w:r w:rsidRPr="00145CCB">
              <w:rPr>
                <w:rFonts w:hint="eastAsia"/>
                <w:lang w:val="de-DE"/>
              </w:rPr>
              <w:t>1a</w:t>
            </w:r>
          </w:p>
        </w:tc>
      </w:tr>
    </w:tbl>
    <w:p w:rsidR="00D53A6C" w:rsidRPr="0033629D" w:rsidRDefault="00D53A6C">
      <w:pPr>
        <w:rPr>
          <w:rFonts w:hint="eastAsia"/>
          <w:lang w:val="de-DE"/>
        </w:rPr>
      </w:pPr>
      <w:bookmarkStart w:id="0" w:name="_GoBack"/>
      <w:bookmarkEnd w:id="0"/>
    </w:p>
    <w:sectPr w:rsidR="00D53A6C" w:rsidRPr="0033629D" w:rsidSect="00034616">
      <w:footerReference w:type="default" r:id="rId11"/>
      <w:pgSz w:w="16838" w:h="11906" w:orient="landscape"/>
      <w:pgMar w:top="255" w:right="369" w:bottom="255" w:left="369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3DA3" w:rsidRDefault="00E83DA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:rsidR="00E83DA3" w:rsidRDefault="00E83DA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3FDA" w:rsidRDefault="00D53A6C">
    <w:pPr>
      <w:pStyle w:val="Fuzeile"/>
      <w:jc w:val="center"/>
      <w:rPr>
        <w:rFonts w:hint="eastAsia"/>
      </w:rPr>
    </w:pPr>
    <w:r w:rsidRPr="0033629D">
      <w:rPr>
        <w:b/>
        <w:color w:val="285D12"/>
        <w:sz w:val="14"/>
        <w:lang w:val="de-DE"/>
      </w:rPr>
      <w:t xml:space="preserve">Gemüsepiraten e.K.  •  Frisch. Gesund. </w:t>
    </w:r>
    <w:r>
      <w:rPr>
        <w:b/>
        <w:color w:val="285D12"/>
        <w:sz w:val="14"/>
      </w:rPr>
      <w:t>Lecker.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3DA3" w:rsidRDefault="00E83DA3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:rsidR="00E83DA3" w:rsidRDefault="00E83DA3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CCB"/>
    <w:rsid w:val="0015074B"/>
    <w:rsid w:val="001E7DE3"/>
    <w:rsid w:val="0028205F"/>
    <w:rsid w:val="0029639D"/>
    <w:rsid w:val="00326F90"/>
    <w:rsid w:val="0033629D"/>
    <w:rsid w:val="00360F48"/>
    <w:rsid w:val="006B7D3F"/>
    <w:rsid w:val="0073123E"/>
    <w:rsid w:val="00770761"/>
    <w:rsid w:val="007915C6"/>
    <w:rsid w:val="00AA1D8D"/>
    <w:rsid w:val="00B47730"/>
    <w:rsid w:val="00BD3FDA"/>
    <w:rsid w:val="00CB0664"/>
    <w:rsid w:val="00D53A6C"/>
    <w:rsid w:val="00D9352C"/>
    <w:rsid w:val="00E83DA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FD5024B-F864-4BAF-850C-1425A5C1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pPr>
      <w:spacing w:after="0"/>
    </w:pPr>
    <w:rPr>
      <w:rFonts w:ascii="Aptos" w:hAnsi="Aptos"/>
      <w:sz w:val="16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1AC1D0-2D27-4C0C-B98E-A3A7781B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Speiseplan-Vorlage Gemüsepiraten e.K.</vt:lpstr>
      <vt:lpstr/>
    </vt:vector>
  </TitlesOfParts>
  <Manager/>
  <Company/>
  <LinksUpToDate>false</LinksUpToDate>
  <CharactersWithSpaces>915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Speiseplan-Vorlage Gemüsepiraten e.K.</dc:title>
  <dc:subject>Bearbeitbarer Wochenplan mit Menü 1 und Menü 2</dc:subject>
  <dc:creator>Gemüsepiraten e.K.</dc:creator>
  <cp:keywords/>
  <dc:description>generated by python-docx</dc:description>
  <cp:lastModifiedBy>User</cp:lastModifiedBy>
  <cp:revision>6</cp:revision>
  <dcterms:created xsi:type="dcterms:W3CDTF">2026-09-03T09:44:00Z</dcterms:created>
  <dcterms:modified xsi:type="dcterms:W3CDTF">2026-09-15T09:23:00Z</dcterms:modified>
  <cp:category/>
</cp:coreProperties>
</file>