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9128"/>
        <w:gridCol w:w="3458"/>
      </w:tblGrid>
      <w:tr w:rsidR="00BD3FDA">
        <w:trPr>
          <w:jc w:val="center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BD3FDA" w:rsidRDefault="00D53A6C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872000" cy="124663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50887ef-1c7f-45de-8cb1-553c377fb19c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246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28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BD3FDA" w:rsidRDefault="00D53A6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85D12"/>
                <w:sz w:val="38"/>
              </w:rPr>
              <w:t>SPEISEPLAN</w:t>
            </w:r>
          </w:p>
          <w:p w:rsidR="00BD3FDA" w:rsidRDefault="00D53A6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26A0A"/>
                <w:sz w:val="19"/>
              </w:rPr>
              <w:t>Frisch. Gesund. Lecker.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BD3FDA" w:rsidRPr="00811C85" w:rsidRDefault="00D53A6C" w:rsidP="00811C85">
            <w:pPr>
              <w:spacing w:line="240" w:lineRule="auto"/>
              <w:jc w:val="center"/>
              <w:rPr>
                <w:rFonts w:hint="eastAsia"/>
                <w:sz w:val="19"/>
                <w:szCs w:val="19"/>
              </w:rPr>
            </w:pPr>
            <w:proofErr w:type="spellStart"/>
            <w:r w:rsidRPr="00811C85">
              <w:rPr>
                <w:color w:val="EC1654"/>
                <w:sz w:val="19"/>
                <w:szCs w:val="19"/>
              </w:rPr>
              <w:t>W</w:t>
            </w:r>
            <w:r w:rsidRPr="00811C85">
              <w:rPr>
                <w:b/>
                <w:color w:val="EC1654"/>
                <w:sz w:val="19"/>
                <w:szCs w:val="19"/>
              </w:rPr>
              <w:t>oche</w:t>
            </w:r>
            <w:proofErr w:type="spellEnd"/>
            <w:r w:rsidRPr="00811C85">
              <w:rPr>
                <w:b/>
                <w:color w:val="EC1654"/>
                <w:sz w:val="19"/>
                <w:szCs w:val="19"/>
              </w:rPr>
              <w:t xml:space="preserve">: </w:t>
            </w:r>
            <w:r w:rsidRPr="00811C85">
              <w:rPr>
                <w:b/>
                <w:color w:val="EC1654"/>
                <w:sz w:val="19"/>
                <w:szCs w:val="19"/>
                <w:u w:val="single"/>
              </w:rPr>
              <w:t>_______</w:t>
            </w:r>
            <w:r w:rsidR="0033629D" w:rsidRPr="00811C85">
              <w:rPr>
                <w:b/>
                <w:color w:val="EC1654"/>
                <w:sz w:val="19"/>
                <w:szCs w:val="19"/>
                <w:u w:val="single"/>
              </w:rPr>
              <w:t>KW3</w:t>
            </w:r>
            <w:r w:rsidR="00786FE9" w:rsidRPr="00811C85">
              <w:rPr>
                <w:b/>
                <w:color w:val="EC1654"/>
                <w:sz w:val="19"/>
                <w:szCs w:val="19"/>
                <w:u w:val="single"/>
              </w:rPr>
              <w:t>9</w:t>
            </w:r>
            <w:r w:rsidRPr="00811C85">
              <w:rPr>
                <w:b/>
                <w:color w:val="EC1654"/>
                <w:sz w:val="19"/>
                <w:szCs w:val="19"/>
                <w:u w:val="single"/>
              </w:rPr>
              <w:t>_____</w:t>
            </w:r>
          </w:p>
          <w:p w:rsidR="0033629D" w:rsidRPr="00811C85" w:rsidRDefault="0033629D" w:rsidP="00811C85">
            <w:pPr>
              <w:spacing w:line="240" w:lineRule="auto"/>
              <w:jc w:val="center"/>
              <w:rPr>
                <w:rFonts w:hint="eastAsia"/>
                <w:color w:val="285D12"/>
                <w:sz w:val="19"/>
                <w:szCs w:val="19"/>
              </w:rPr>
            </w:pPr>
          </w:p>
          <w:p w:rsidR="00BD3FDA" w:rsidRDefault="00D53A6C" w:rsidP="00811C85">
            <w:pPr>
              <w:spacing w:line="240" w:lineRule="auto"/>
              <w:jc w:val="center"/>
              <w:rPr>
                <w:rFonts w:hint="eastAsia"/>
              </w:rPr>
            </w:pPr>
            <w:proofErr w:type="spellStart"/>
            <w:r w:rsidRPr="00811C85">
              <w:rPr>
                <w:color w:val="285D12"/>
                <w:sz w:val="19"/>
                <w:szCs w:val="19"/>
              </w:rPr>
              <w:t>Gültig</w:t>
            </w:r>
            <w:proofErr w:type="spellEnd"/>
            <w:r w:rsidRPr="00811C85">
              <w:rPr>
                <w:color w:val="285D12"/>
                <w:sz w:val="19"/>
                <w:szCs w:val="19"/>
              </w:rPr>
              <w:t xml:space="preserve"> </w:t>
            </w:r>
            <w:proofErr w:type="spellStart"/>
            <w:r w:rsidRPr="00811C85">
              <w:rPr>
                <w:color w:val="285D12"/>
                <w:sz w:val="19"/>
                <w:szCs w:val="19"/>
              </w:rPr>
              <w:t>vom</w:t>
            </w:r>
            <w:proofErr w:type="spellEnd"/>
            <w:r w:rsidRPr="00811C85">
              <w:rPr>
                <w:color w:val="285D12"/>
                <w:sz w:val="19"/>
                <w:szCs w:val="19"/>
              </w:rPr>
              <w:t xml:space="preserve">: </w:t>
            </w:r>
            <w:r w:rsidRPr="00811C85">
              <w:rPr>
                <w:color w:val="285D12"/>
                <w:sz w:val="19"/>
                <w:szCs w:val="19"/>
                <w:u w:val="single"/>
              </w:rPr>
              <w:t>_</w:t>
            </w:r>
            <w:r w:rsidR="00786FE9" w:rsidRPr="00811C85">
              <w:rPr>
                <w:color w:val="285D12"/>
                <w:sz w:val="19"/>
                <w:szCs w:val="19"/>
                <w:u w:val="single"/>
              </w:rPr>
              <w:t>21</w:t>
            </w:r>
            <w:r w:rsidR="0033629D" w:rsidRPr="00811C85">
              <w:rPr>
                <w:color w:val="285D12"/>
                <w:sz w:val="19"/>
                <w:szCs w:val="19"/>
                <w:u w:val="single"/>
              </w:rPr>
              <w:t>.09.-</w:t>
            </w:r>
            <w:r w:rsidR="00786FE9" w:rsidRPr="00811C85">
              <w:rPr>
                <w:color w:val="285D12"/>
                <w:sz w:val="19"/>
                <w:szCs w:val="19"/>
                <w:u w:val="single"/>
              </w:rPr>
              <w:t>25</w:t>
            </w:r>
            <w:r w:rsidR="0033629D" w:rsidRPr="00811C85">
              <w:rPr>
                <w:color w:val="285D12"/>
                <w:sz w:val="19"/>
                <w:szCs w:val="19"/>
                <w:u w:val="single"/>
              </w:rPr>
              <w:t>.09.2026</w:t>
            </w:r>
            <w:r w:rsidRPr="00811C85">
              <w:rPr>
                <w:color w:val="285D12"/>
                <w:sz w:val="19"/>
                <w:szCs w:val="19"/>
                <w:u w:val="single"/>
              </w:rPr>
              <w:t>___________</w:t>
            </w:r>
          </w:p>
        </w:tc>
      </w:tr>
    </w:tbl>
    <w:p w:rsidR="00BD3FDA" w:rsidRDefault="00D53A6C">
      <w:pPr>
        <w:spacing w:after="20" w:line="240" w:lineRule="auto"/>
        <w:jc w:val="center"/>
        <w:rPr>
          <w:rFonts w:hint="eastAsia"/>
        </w:rPr>
      </w:pPr>
      <w:r>
        <w:rPr>
          <w:b/>
          <w:color w:val="4E8F12"/>
          <w:sz w:val="15"/>
        </w:rPr>
        <w:t>●  GEMÜSEPIRATEN e.K.  ●</w:t>
      </w:r>
    </w:p>
    <w:p w:rsidR="00BD3FDA" w:rsidRPr="005B3764" w:rsidRDefault="00D53A6C">
      <w:pPr>
        <w:spacing w:after="20" w:line="240" w:lineRule="auto"/>
        <w:rPr>
          <w:rFonts w:hint="eastAsia"/>
          <w:sz w:val="18"/>
          <w:szCs w:val="18"/>
        </w:rPr>
      </w:pPr>
      <w:r>
        <w:rPr>
          <w:b/>
          <w:color w:val="EC1654"/>
          <w:sz w:val="21"/>
        </w:rPr>
        <w:t>MENÜ 1</w:t>
      </w:r>
      <w:r>
        <w:rPr>
          <w:color w:val="285D12"/>
          <w:sz w:val="13"/>
        </w:rPr>
        <w:t xml:space="preserve">   |   </w:t>
      </w:r>
      <w:r w:rsidRPr="005B3764">
        <w:rPr>
          <w:color w:val="285D12"/>
          <w:sz w:val="18"/>
          <w:szCs w:val="18"/>
        </w:rPr>
        <w:t>Änderungen vorbehalten</w:t>
      </w:r>
    </w:p>
    <w:tbl>
      <w:tblPr>
        <w:tblW w:w="0" w:type="auto"/>
        <w:jc w:val="center"/>
        <w:tblBorders>
          <w:top w:val="single" w:sz="8" w:space="0" w:color="5A5A5A"/>
          <w:left w:val="single" w:sz="8" w:space="0" w:color="5A5A5A"/>
          <w:bottom w:val="single" w:sz="8" w:space="0" w:color="5A5A5A"/>
          <w:right w:val="single" w:sz="8" w:space="0" w:color="5A5A5A"/>
          <w:insideH w:val="single" w:sz="8" w:space="0" w:color="5A5A5A"/>
          <w:insideV w:val="single" w:sz="8" w:space="0" w:color="5A5A5A"/>
        </w:tblBorders>
        <w:tblLayout w:type="fixed"/>
        <w:tblLook w:val="04A0" w:firstRow="1" w:lastRow="0" w:firstColumn="1" w:lastColumn="0" w:noHBand="0" w:noVBand="1"/>
      </w:tblPr>
      <w:tblGrid>
        <w:gridCol w:w="1219"/>
        <w:gridCol w:w="2959"/>
        <w:gridCol w:w="2959"/>
        <w:gridCol w:w="2959"/>
        <w:gridCol w:w="2959"/>
        <w:gridCol w:w="2959"/>
      </w:tblGrid>
      <w:tr w:rsidR="00BD3FDA">
        <w:trPr>
          <w:tblHeader/>
          <w:jc w:val="center"/>
        </w:trPr>
        <w:tc>
          <w:tcPr>
            <w:tcW w:w="1219" w:type="dxa"/>
            <w:shd w:val="clear" w:color="auto" w:fill="EFF7E7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Default="00BD3FDA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811C85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811C85">
              <w:rPr>
                <w:b/>
                <w:color w:val="285D12"/>
                <w:sz w:val="24"/>
                <w:szCs w:val="24"/>
              </w:rPr>
              <w:t>Montag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811C85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811C85">
              <w:rPr>
                <w:b/>
                <w:color w:val="285D12"/>
                <w:sz w:val="24"/>
                <w:szCs w:val="24"/>
              </w:rPr>
              <w:t>Dienstag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811C85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811C85">
              <w:rPr>
                <w:b/>
                <w:color w:val="285D12"/>
                <w:sz w:val="24"/>
                <w:szCs w:val="24"/>
              </w:rPr>
              <w:t>Mittwoch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811C85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811C85">
              <w:rPr>
                <w:b/>
                <w:color w:val="285D12"/>
                <w:sz w:val="24"/>
                <w:szCs w:val="24"/>
              </w:rPr>
              <w:t>Donnerstag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811C85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811C85">
              <w:rPr>
                <w:b/>
                <w:color w:val="285D12"/>
                <w:sz w:val="24"/>
                <w:szCs w:val="24"/>
              </w:rPr>
              <w:t>Freitag</w:t>
            </w:r>
          </w:p>
        </w:tc>
      </w:tr>
      <w:tr w:rsidR="00BD3FDA" w:rsidRPr="00786FE9">
        <w:trPr>
          <w:trHeight w:val="2300"/>
          <w:jc w:val="center"/>
        </w:trPr>
        <w:tc>
          <w:tcPr>
            <w:tcW w:w="1219" w:type="dxa"/>
            <w:shd w:val="clear" w:color="auto" w:fill="8CC63F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 w:rsidR="00BD3FDA" w:rsidRPr="00811C85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bookmarkStart w:id="0" w:name="_GoBack"/>
            <w:proofErr w:type="spellStart"/>
            <w:r w:rsidRPr="00811C85">
              <w:rPr>
                <w:b/>
                <w:color w:val="16390C"/>
                <w:sz w:val="24"/>
                <w:szCs w:val="24"/>
              </w:rPr>
              <w:t>Menü</w:t>
            </w:r>
            <w:proofErr w:type="spellEnd"/>
            <w:r w:rsidRPr="00811C85">
              <w:rPr>
                <w:b/>
                <w:color w:val="16390C"/>
                <w:sz w:val="24"/>
                <w:szCs w:val="24"/>
              </w:rPr>
              <w:t xml:space="preserve"> 1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07FE6" w:rsidRPr="00786FE9" w:rsidRDefault="00607FE6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786FE9">
              <w:rPr>
                <w:rFonts w:hint="eastAsia"/>
                <w:noProof/>
                <w:sz w:val="24"/>
                <w:szCs w:val="24"/>
                <w:lang w:val="de-DE"/>
              </w:rPr>
              <w:drawing>
                <wp:inline distT="0" distB="0" distL="0" distR="0" wp14:anchorId="5C0A84D1">
                  <wp:extent cx="420370" cy="25019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86FE9" w:rsidRDefault="0033629D">
            <w:pPr>
              <w:spacing w:line="221" w:lineRule="auto"/>
              <w:jc w:val="center"/>
              <w:rPr>
                <w:sz w:val="24"/>
                <w:szCs w:val="24"/>
                <w:lang w:val="de-DE"/>
              </w:rPr>
            </w:pPr>
            <w:r w:rsidRPr="00786FE9">
              <w:rPr>
                <w:sz w:val="24"/>
                <w:szCs w:val="24"/>
                <w:lang w:val="de-DE"/>
              </w:rPr>
              <w:t xml:space="preserve"> </w:t>
            </w:r>
            <w:r w:rsidR="00786FE9" w:rsidRPr="00786FE9">
              <w:rPr>
                <w:rFonts w:hint="eastAsia"/>
                <w:sz w:val="24"/>
                <w:szCs w:val="24"/>
                <w:lang w:val="de-DE"/>
              </w:rPr>
              <w:t xml:space="preserve">Vollkorn Spaghetti mit Frischkäsesauce und frischen Kräutern </w:t>
            </w:r>
          </w:p>
          <w:p w:rsidR="00BD3FDA" w:rsidRPr="00786FE9" w:rsidRDefault="00786FE9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786FE9">
              <w:rPr>
                <w:rFonts w:hint="eastAsia"/>
                <w:szCs w:val="16"/>
                <w:lang w:val="de-DE"/>
              </w:rPr>
              <w:t>1a3,7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07FE6" w:rsidRDefault="00786FE9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>
              <w:rPr>
                <w:rFonts w:hint="eastAsia"/>
                <w:noProof/>
                <w:sz w:val="24"/>
                <w:szCs w:val="24"/>
                <w:lang w:val="de-DE"/>
              </w:rPr>
              <w:drawing>
                <wp:inline distT="0" distB="0" distL="0" distR="0" wp14:anchorId="38711B39">
                  <wp:extent cx="420370" cy="25019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86FE9" w:rsidRDefault="00786FE9">
            <w:pPr>
              <w:spacing w:line="221" w:lineRule="auto"/>
              <w:jc w:val="center"/>
              <w:rPr>
                <w:sz w:val="24"/>
                <w:szCs w:val="24"/>
                <w:lang w:val="de-DE"/>
              </w:rPr>
            </w:pPr>
            <w:r w:rsidRPr="00786FE9">
              <w:rPr>
                <w:rFonts w:hint="eastAsia"/>
                <w:sz w:val="24"/>
                <w:szCs w:val="24"/>
                <w:lang w:val="de-DE"/>
              </w:rPr>
              <w:t>Polentatasche aus Maisgries gefüllt mit Spinat, Tomatensauce und Bulgur</w:t>
            </w:r>
          </w:p>
          <w:p w:rsidR="00BD3FDA" w:rsidRPr="00786FE9" w:rsidRDefault="00786FE9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786FE9">
              <w:rPr>
                <w:rFonts w:hint="eastAsia"/>
                <w:szCs w:val="16"/>
                <w:lang w:val="de-DE"/>
              </w:rPr>
              <w:t>1a,3,7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86FE9" w:rsidRDefault="00607FE6" w:rsidP="00786FE9">
            <w:pPr>
              <w:spacing w:line="221" w:lineRule="auto"/>
              <w:jc w:val="center"/>
              <w:rPr>
                <w:sz w:val="24"/>
                <w:szCs w:val="24"/>
                <w:lang w:val="de-DE"/>
              </w:rPr>
            </w:pPr>
            <w:r>
              <w:rPr>
                <w:rFonts w:hint="eastAsia"/>
                <w:noProof/>
                <w:sz w:val="24"/>
                <w:szCs w:val="24"/>
                <w:lang w:val="de-DE"/>
              </w:rPr>
              <w:drawing>
                <wp:inline distT="0" distB="0" distL="0" distR="0" wp14:anchorId="571423D8">
                  <wp:extent cx="420370" cy="25019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86FE9" w:rsidRDefault="00786FE9" w:rsidP="00786FE9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</w:p>
          <w:p w:rsidR="00786FE9" w:rsidRPr="00786FE9" w:rsidRDefault="00786FE9">
            <w:pPr>
              <w:spacing w:line="221" w:lineRule="auto"/>
              <w:jc w:val="center"/>
              <w:rPr>
                <w:sz w:val="21"/>
                <w:szCs w:val="21"/>
                <w:lang w:val="de-DE"/>
              </w:rPr>
            </w:pPr>
            <w:r w:rsidRPr="00786FE9">
              <w:rPr>
                <w:rFonts w:hint="eastAsia"/>
                <w:sz w:val="21"/>
                <w:szCs w:val="21"/>
                <w:lang w:val="de-DE"/>
              </w:rPr>
              <w:t xml:space="preserve">Hähnchenschnitzel mit brauner Sauce und Kartoffeln </w:t>
            </w:r>
          </w:p>
          <w:p w:rsidR="00786FE9" w:rsidRPr="00786FE9" w:rsidRDefault="00786FE9">
            <w:pPr>
              <w:spacing w:line="221" w:lineRule="auto"/>
              <w:jc w:val="center"/>
              <w:rPr>
                <w:szCs w:val="16"/>
                <w:lang w:val="de-DE"/>
              </w:rPr>
            </w:pPr>
            <w:r w:rsidRPr="00786FE9">
              <w:rPr>
                <w:rFonts w:hint="eastAsia"/>
                <w:szCs w:val="16"/>
                <w:lang w:val="de-DE"/>
              </w:rPr>
              <w:t xml:space="preserve">1a,3 </w:t>
            </w:r>
          </w:p>
          <w:p w:rsidR="00786FE9" w:rsidRPr="00786FE9" w:rsidRDefault="00786FE9">
            <w:pPr>
              <w:spacing w:line="221" w:lineRule="auto"/>
              <w:jc w:val="center"/>
              <w:rPr>
                <w:sz w:val="21"/>
                <w:szCs w:val="21"/>
                <w:lang w:val="de-DE"/>
              </w:rPr>
            </w:pPr>
            <w:r w:rsidRPr="00786FE9">
              <w:rPr>
                <w:rFonts w:hint="eastAsia"/>
                <w:sz w:val="21"/>
                <w:szCs w:val="21"/>
                <w:lang w:val="de-DE"/>
              </w:rPr>
              <w:t xml:space="preserve">Eisbergsalat mit Joghurtsauce- </w:t>
            </w:r>
          </w:p>
          <w:p w:rsidR="00BD3FDA" w:rsidRPr="00786FE9" w:rsidRDefault="00786FE9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786FE9">
              <w:rPr>
                <w:rFonts w:hint="eastAsia"/>
                <w:szCs w:val="16"/>
                <w:lang w:val="de-DE"/>
              </w:rPr>
              <w:t>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07FE6" w:rsidRDefault="00607FE6" w:rsidP="00786FE9">
            <w:pPr>
              <w:spacing w:line="221" w:lineRule="auto"/>
              <w:jc w:val="center"/>
              <w:rPr>
                <w:sz w:val="24"/>
                <w:szCs w:val="24"/>
                <w:lang w:val="de-DE"/>
              </w:rPr>
            </w:pPr>
            <w:r>
              <w:rPr>
                <w:rFonts w:hint="eastAsia"/>
                <w:noProof/>
                <w:sz w:val="24"/>
                <w:szCs w:val="24"/>
                <w:lang w:val="de-DE"/>
              </w:rPr>
              <w:drawing>
                <wp:inline distT="0" distB="0" distL="0" distR="0" wp14:anchorId="39DDCE28">
                  <wp:extent cx="420370" cy="25019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86FE9" w:rsidRDefault="00786FE9" w:rsidP="00786FE9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</w:p>
          <w:p w:rsidR="00BD3FDA" w:rsidRPr="00786FE9" w:rsidRDefault="00786FE9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786FE9">
              <w:rPr>
                <w:rFonts w:hint="eastAsia"/>
                <w:sz w:val="24"/>
                <w:szCs w:val="24"/>
                <w:lang w:val="de-DE"/>
              </w:rPr>
              <w:t xml:space="preserve">Frisches Fischfilet in Spinatsauce und Naturreis </w:t>
            </w:r>
            <w:r w:rsidRPr="00786FE9">
              <w:rPr>
                <w:rFonts w:hint="eastAsia"/>
                <w:szCs w:val="16"/>
                <w:lang w:val="de-DE"/>
              </w:rPr>
              <w:t>1a,3,4,7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07FE6" w:rsidRDefault="00607FE6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>
              <w:rPr>
                <w:rFonts w:hint="eastAsia"/>
                <w:noProof/>
                <w:sz w:val="24"/>
                <w:szCs w:val="24"/>
                <w:lang w:val="de-DE"/>
              </w:rPr>
              <w:drawing>
                <wp:inline distT="0" distB="0" distL="0" distR="0" wp14:anchorId="348F4161">
                  <wp:extent cx="420370" cy="250190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86FE9" w:rsidRDefault="00786FE9">
            <w:pPr>
              <w:spacing w:line="221" w:lineRule="auto"/>
              <w:jc w:val="center"/>
              <w:rPr>
                <w:sz w:val="24"/>
                <w:szCs w:val="24"/>
                <w:lang w:val="de-DE"/>
              </w:rPr>
            </w:pPr>
            <w:r w:rsidRPr="00786FE9">
              <w:rPr>
                <w:rFonts w:hint="eastAsia"/>
                <w:sz w:val="24"/>
                <w:szCs w:val="24"/>
                <w:lang w:val="de-DE"/>
              </w:rPr>
              <w:t xml:space="preserve">Hausgemachte Linsensuppe mit Wurzelgemüse, dazu Brötchen </w:t>
            </w:r>
          </w:p>
          <w:p w:rsidR="00BD3FDA" w:rsidRPr="00786FE9" w:rsidRDefault="00786FE9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786FE9">
              <w:rPr>
                <w:rFonts w:hint="eastAsia"/>
                <w:szCs w:val="16"/>
                <w:lang w:val="de-DE"/>
              </w:rPr>
              <w:t>1a</w:t>
            </w:r>
          </w:p>
        </w:tc>
      </w:tr>
      <w:bookmarkEnd w:id="0"/>
    </w:tbl>
    <w:p w:rsidR="00BD3FDA" w:rsidRPr="0033629D" w:rsidRDefault="00BD3FDA">
      <w:pPr>
        <w:spacing w:line="48" w:lineRule="auto"/>
        <w:jc w:val="center"/>
        <w:rPr>
          <w:rFonts w:hint="eastAsia"/>
          <w:lang w:val="de-DE"/>
        </w:rPr>
      </w:pPr>
    </w:p>
    <w:p w:rsidR="00BD3FDA" w:rsidRDefault="00D53A6C">
      <w:pPr>
        <w:spacing w:after="20" w:line="240" w:lineRule="auto"/>
        <w:rPr>
          <w:rFonts w:hint="eastAsia"/>
        </w:rPr>
      </w:pPr>
      <w:r>
        <w:rPr>
          <w:b/>
          <w:color w:val="F26A0A"/>
          <w:sz w:val="21"/>
        </w:rPr>
        <w:t>MENÜ 2</w:t>
      </w:r>
      <w:r>
        <w:rPr>
          <w:color w:val="285D12"/>
          <w:sz w:val="13"/>
        </w:rPr>
        <w:t xml:space="preserve">   </w:t>
      </w:r>
      <w:r w:rsidRPr="005B3764">
        <w:rPr>
          <w:color w:val="285D12"/>
          <w:sz w:val="18"/>
          <w:szCs w:val="18"/>
        </w:rPr>
        <w:t xml:space="preserve">|   </w:t>
      </w:r>
      <w:proofErr w:type="spellStart"/>
      <w:r w:rsidRPr="005B3764">
        <w:rPr>
          <w:color w:val="285D12"/>
          <w:sz w:val="18"/>
          <w:szCs w:val="18"/>
        </w:rPr>
        <w:t>Änderungen</w:t>
      </w:r>
      <w:proofErr w:type="spellEnd"/>
      <w:r w:rsidRPr="005B3764">
        <w:rPr>
          <w:color w:val="285D12"/>
          <w:sz w:val="18"/>
          <w:szCs w:val="18"/>
        </w:rPr>
        <w:t xml:space="preserve"> </w:t>
      </w:r>
      <w:proofErr w:type="spellStart"/>
      <w:r w:rsidRPr="005B3764">
        <w:rPr>
          <w:color w:val="285D12"/>
          <w:sz w:val="18"/>
          <w:szCs w:val="18"/>
        </w:rPr>
        <w:t>vorbehalten</w:t>
      </w:r>
      <w:proofErr w:type="spellEnd"/>
    </w:p>
    <w:tbl>
      <w:tblPr>
        <w:tblW w:w="0" w:type="auto"/>
        <w:jc w:val="center"/>
        <w:tblBorders>
          <w:top w:val="single" w:sz="8" w:space="0" w:color="5A5A5A"/>
          <w:left w:val="single" w:sz="8" w:space="0" w:color="5A5A5A"/>
          <w:bottom w:val="single" w:sz="8" w:space="0" w:color="5A5A5A"/>
          <w:right w:val="single" w:sz="8" w:space="0" w:color="5A5A5A"/>
          <w:insideH w:val="single" w:sz="8" w:space="0" w:color="5A5A5A"/>
          <w:insideV w:val="single" w:sz="8" w:space="0" w:color="5A5A5A"/>
        </w:tblBorders>
        <w:tblLayout w:type="fixed"/>
        <w:tblLook w:val="04A0" w:firstRow="1" w:lastRow="0" w:firstColumn="1" w:lastColumn="0" w:noHBand="0" w:noVBand="1"/>
      </w:tblPr>
      <w:tblGrid>
        <w:gridCol w:w="1219"/>
        <w:gridCol w:w="2959"/>
        <w:gridCol w:w="2959"/>
        <w:gridCol w:w="2959"/>
        <w:gridCol w:w="2959"/>
        <w:gridCol w:w="2959"/>
      </w:tblGrid>
      <w:tr w:rsidR="00BD3FDA">
        <w:trPr>
          <w:tblHeader/>
          <w:jc w:val="center"/>
        </w:trPr>
        <w:tc>
          <w:tcPr>
            <w:tcW w:w="1219" w:type="dxa"/>
            <w:shd w:val="clear" w:color="auto" w:fill="EFF7E7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Default="00BD3FDA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811C85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811C85">
              <w:rPr>
                <w:b/>
                <w:color w:val="285D12"/>
                <w:sz w:val="24"/>
                <w:szCs w:val="24"/>
              </w:rPr>
              <w:t>Montag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811C85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811C85">
              <w:rPr>
                <w:b/>
                <w:color w:val="285D12"/>
                <w:sz w:val="24"/>
                <w:szCs w:val="24"/>
              </w:rPr>
              <w:t>Dienstag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811C85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811C85">
              <w:rPr>
                <w:b/>
                <w:color w:val="285D12"/>
                <w:sz w:val="24"/>
                <w:szCs w:val="24"/>
              </w:rPr>
              <w:t>Mittwoch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811C85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811C85">
              <w:rPr>
                <w:b/>
                <w:color w:val="285D12"/>
                <w:sz w:val="24"/>
                <w:szCs w:val="24"/>
              </w:rPr>
              <w:t>Donnerstag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811C85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811C85">
              <w:rPr>
                <w:b/>
                <w:color w:val="285D12"/>
                <w:sz w:val="24"/>
                <w:szCs w:val="24"/>
              </w:rPr>
              <w:t>Freitag</w:t>
            </w:r>
          </w:p>
        </w:tc>
      </w:tr>
      <w:tr w:rsidR="00BD3FDA" w:rsidRPr="00786FE9">
        <w:trPr>
          <w:trHeight w:val="2300"/>
          <w:jc w:val="center"/>
        </w:trPr>
        <w:tc>
          <w:tcPr>
            <w:tcW w:w="1219" w:type="dxa"/>
            <w:shd w:val="clear" w:color="auto" w:fill="8CC63F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 w:rsidR="00BD3FDA" w:rsidRPr="00811C85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proofErr w:type="spellStart"/>
            <w:r w:rsidRPr="00811C85">
              <w:rPr>
                <w:b/>
                <w:color w:val="16390C"/>
                <w:sz w:val="24"/>
                <w:szCs w:val="24"/>
              </w:rPr>
              <w:t>Menü</w:t>
            </w:r>
            <w:proofErr w:type="spellEnd"/>
            <w:r w:rsidRPr="00811C85">
              <w:rPr>
                <w:b/>
                <w:color w:val="16390C"/>
                <w:sz w:val="24"/>
                <w:szCs w:val="24"/>
              </w:rPr>
              <w:t xml:space="preserve"> 2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D3FDA" w:rsidRPr="00786FE9" w:rsidRDefault="00786FE9">
            <w:pPr>
              <w:spacing w:line="221" w:lineRule="auto"/>
              <w:jc w:val="center"/>
              <w:rPr>
                <w:sz w:val="24"/>
                <w:szCs w:val="24"/>
                <w:lang w:val="de-DE"/>
              </w:rPr>
            </w:pPr>
            <w:r w:rsidRPr="00786FE9">
              <w:rPr>
                <w:rFonts w:hint="eastAsia"/>
                <w:sz w:val="24"/>
                <w:szCs w:val="24"/>
                <w:lang w:val="de-DE"/>
              </w:rPr>
              <w:t>Vollkorn Spaghetti mit Tomatensauce und Parmesan</w:t>
            </w:r>
          </w:p>
          <w:p w:rsidR="00786FE9" w:rsidRPr="00524180" w:rsidRDefault="00786FE9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786FE9">
              <w:rPr>
                <w:rFonts w:hint="eastAsia"/>
                <w:szCs w:val="16"/>
                <w:lang w:val="de-DE"/>
              </w:rPr>
              <w:t>1a,3,7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D3FDA" w:rsidRPr="00524180" w:rsidRDefault="00786FE9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786FE9">
              <w:rPr>
                <w:rFonts w:hint="eastAsia"/>
                <w:sz w:val="24"/>
                <w:szCs w:val="24"/>
                <w:lang w:val="de-DE"/>
              </w:rPr>
              <w:t>Kartoffeltasche mit Frischkäse gefüllt, Tomatensauce und Bulgur</w:t>
            </w:r>
            <w:r w:rsidRPr="00786FE9">
              <w:rPr>
                <w:rFonts w:hint="eastAsia"/>
                <w:szCs w:val="16"/>
                <w:lang w:val="de-DE"/>
              </w:rPr>
              <w:t xml:space="preserve"> 1a,3,7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86FE9" w:rsidRPr="00786FE9" w:rsidRDefault="00786FE9">
            <w:pPr>
              <w:spacing w:line="221" w:lineRule="auto"/>
              <w:jc w:val="center"/>
              <w:rPr>
                <w:sz w:val="24"/>
                <w:szCs w:val="24"/>
                <w:lang w:val="de-DE"/>
              </w:rPr>
            </w:pPr>
            <w:r w:rsidRPr="00786FE9">
              <w:rPr>
                <w:rFonts w:hint="eastAsia"/>
                <w:sz w:val="24"/>
                <w:szCs w:val="24"/>
                <w:lang w:val="de-DE"/>
              </w:rPr>
              <w:t xml:space="preserve">Vegane Schnitte mit Soja, braune Sauce und Kartoffeln </w:t>
            </w:r>
          </w:p>
          <w:p w:rsidR="00BD3FDA" w:rsidRPr="00524180" w:rsidRDefault="00786FE9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786FE9">
              <w:rPr>
                <w:rFonts w:hint="eastAsia"/>
                <w:szCs w:val="16"/>
                <w:lang w:val="de-DE"/>
              </w:rPr>
              <w:t>1a,3,7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86FE9" w:rsidRPr="00786FE9" w:rsidRDefault="00786FE9">
            <w:pPr>
              <w:spacing w:line="221" w:lineRule="auto"/>
              <w:jc w:val="center"/>
              <w:rPr>
                <w:sz w:val="24"/>
                <w:szCs w:val="24"/>
                <w:lang w:val="de-DE"/>
              </w:rPr>
            </w:pPr>
            <w:r w:rsidRPr="00786FE9">
              <w:rPr>
                <w:rFonts w:hint="eastAsia"/>
                <w:sz w:val="24"/>
                <w:szCs w:val="24"/>
                <w:lang w:val="de-DE"/>
              </w:rPr>
              <w:t xml:space="preserve">Dampfnudeln mit Gemüsesauce </w:t>
            </w:r>
          </w:p>
          <w:p w:rsidR="00BD3FDA" w:rsidRPr="00524180" w:rsidRDefault="00786FE9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786FE9">
              <w:rPr>
                <w:rFonts w:hint="eastAsia"/>
                <w:szCs w:val="16"/>
                <w:lang w:val="de-DE"/>
              </w:rPr>
              <w:t>1a,3,7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86FE9" w:rsidRPr="00786FE9" w:rsidRDefault="00786FE9">
            <w:pPr>
              <w:spacing w:line="221" w:lineRule="auto"/>
              <w:jc w:val="center"/>
              <w:rPr>
                <w:sz w:val="24"/>
                <w:szCs w:val="24"/>
                <w:lang w:val="de-DE"/>
              </w:rPr>
            </w:pPr>
            <w:r w:rsidRPr="00786FE9">
              <w:rPr>
                <w:rFonts w:hint="eastAsia"/>
                <w:sz w:val="24"/>
                <w:szCs w:val="24"/>
                <w:lang w:val="de-DE"/>
              </w:rPr>
              <w:t xml:space="preserve">Penne Nudeln mit Möhren- Frischkäse- Sauce </w:t>
            </w:r>
          </w:p>
          <w:p w:rsidR="00BD3FDA" w:rsidRPr="00524180" w:rsidRDefault="00786FE9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786FE9">
              <w:rPr>
                <w:rFonts w:hint="eastAsia"/>
                <w:szCs w:val="16"/>
                <w:lang w:val="de-DE"/>
              </w:rPr>
              <w:t>1a,7</w:t>
            </w:r>
          </w:p>
        </w:tc>
      </w:tr>
    </w:tbl>
    <w:p w:rsidR="00D53A6C" w:rsidRPr="0033629D" w:rsidRDefault="00D53A6C">
      <w:pPr>
        <w:rPr>
          <w:rFonts w:hint="eastAsia"/>
          <w:lang w:val="de-DE"/>
        </w:rPr>
      </w:pPr>
    </w:p>
    <w:sectPr w:rsidR="00D53A6C" w:rsidRPr="0033629D" w:rsidSect="00034616">
      <w:footerReference w:type="default" r:id="rId10"/>
      <w:pgSz w:w="16838" w:h="11906" w:orient="landscape"/>
      <w:pgMar w:top="255" w:right="369" w:bottom="255" w:left="369" w:header="113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7D5B" w:rsidRDefault="00617D5B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:rsidR="00617D5B" w:rsidRDefault="00617D5B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FDA" w:rsidRDefault="00D53A6C">
    <w:pPr>
      <w:pStyle w:val="Fuzeile"/>
      <w:jc w:val="center"/>
      <w:rPr>
        <w:rFonts w:hint="eastAsia"/>
      </w:rPr>
    </w:pPr>
    <w:r w:rsidRPr="0033629D">
      <w:rPr>
        <w:b/>
        <w:color w:val="285D12"/>
        <w:sz w:val="14"/>
        <w:lang w:val="de-DE"/>
      </w:rPr>
      <w:t xml:space="preserve">Gemüsepiraten e.K.  •  Frisch. Gesund. </w:t>
    </w:r>
    <w:r>
      <w:rPr>
        <w:b/>
        <w:color w:val="285D12"/>
        <w:sz w:val="14"/>
      </w:rPr>
      <w:t>Lecker.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7D5B" w:rsidRDefault="00617D5B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:rsidR="00617D5B" w:rsidRDefault="00617D5B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4B98"/>
    <w:rsid w:val="0015074B"/>
    <w:rsid w:val="0029639D"/>
    <w:rsid w:val="00326F90"/>
    <w:rsid w:val="0033629D"/>
    <w:rsid w:val="00524180"/>
    <w:rsid w:val="005B3764"/>
    <w:rsid w:val="00607FE6"/>
    <w:rsid w:val="00617D5B"/>
    <w:rsid w:val="00770761"/>
    <w:rsid w:val="00786FE9"/>
    <w:rsid w:val="00811C85"/>
    <w:rsid w:val="00AA1D8D"/>
    <w:rsid w:val="00B47730"/>
    <w:rsid w:val="00BD3FDA"/>
    <w:rsid w:val="00CB0664"/>
    <w:rsid w:val="00D53A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7C4AFF"/>
  <w14:defaultImageDpi w14:val="300"/>
  <w15:docId w15:val="{FFD5024B-F864-4BAF-850C-1425A5C1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693F"/>
    <w:pPr>
      <w:spacing w:after="0"/>
    </w:pPr>
    <w:rPr>
      <w:rFonts w:ascii="Aptos" w:hAnsi="Aptos"/>
      <w:sz w:val="16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5C8334-1F43-4D21-A41A-7467956DF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Speiseplan-Vorlage Gemüsepiraten e.K.</vt:lpstr>
      <vt:lpstr/>
    </vt:vector>
  </TitlesOfParts>
  <Manager/>
  <Company/>
  <LinksUpToDate>false</LinksUpToDate>
  <CharactersWithSpaces>956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Speiseplan-Vorlage Gemüsepiraten e.K.</dc:title>
  <dc:subject>Bearbeitbarer Wochenplan mit Menü 1 und Menü 2</dc:subject>
  <dc:creator>Gemüsepiraten e.K.</dc:creator>
  <cp:keywords/>
  <dc:description>generated by python-docx</dc:description>
  <cp:lastModifiedBy>User</cp:lastModifiedBy>
  <cp:revision>4</cp:revision>
  <dcterms:created xsi:type="dcterms:W3CDTF">2026-09-03T10:01:00Z</dcterms:created>
  <dcterms:modified xsi:type="dcterms:W3CDTF">2026-09-03T10:04:00Z</dcterms:modified>
  <cp:category/>
</cp:coreProperties>
</file>